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XII Feria Comunitaria Anual de la Salud</w:t>
        <w:br/>
        <w:t>“Decide to Be Healthy”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371600" cy="13131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ahpsi logo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3131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371600" cy="1969787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esfile, logo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969787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/>
      <w:r>
        <w:br/>
      </w:r>
    </w:p>
    <w:p>
      <w:pPr/>
      <w:r>
        <w:t>HISPANIC HEALTH PROFESSIONALS ASSOCIATION, INC. NY (AHPSI)</w:t>
        <w:br/>
        <w:t>Desfile y Festival Dominicano del Condado de Union, New Jersey</w:t>
      </w:r>
    </w:p>
    <w:p>
      <w:pPr/>
      <w:r>
        <w:t>📍 Lugar: Escuela Juan Pablo Duarte &amp; José Martí</w:t>
        <w:br/>
        <w:t>📍 Dirección: 25 First St, Elizabeth, New Jersey 07206</w:t>
        <w:br/>
        <w:t>📅 Fecha: Domingo, 27 de julio de 2025</w:t>
        <w:br/>
        <w:t>🕘 Hora: 9:00 A.M. a 3:00 P.M.</w:t>
      </w:r>
    </w:p>
    <w:p>
      <w:pPr>
        <w:pStyle w:val="Heading2"/>
      </w:pPr>
      <w:r>
        <w:br/>
        <w:t>📝 Formulario de Confirmación / Confirmation Form</w:t>
      </w:r>
    </w:p>
    <w:p>
      <w:pPr/>
      <w:r>
        <w:t>¡Únete a nosotros en la promoción de la salud y el bienestar!</w:t>
      </w:r>
    </w:p>
    <w:p>
      <w:pPr>
        <w:pStyle w:val="Heading2"/>
      </w:pPr>
      <w:r>
        <w:t>Llamado a Profesionales y Organizaciones de Salud</w:t>
      </w:r>
    </w:p>
    <w:p>
      <w:pPr/>
      <w:r>
        <w:t>¡El registro ya está abierto! Buscamos organizaciones y profesionales que ofrezcan servicios relacionados con la salud para participar en esta gran feria comunitaria. Es una excelente oportunidad para marcar una diferencia y promover el bienestar en nuestra comunidad.</w:t>
      </w:r>
    </w:p>
    <w:p>
      <w:pPr>
        <w:pStyle w:val="Heading2"/>
      </w:pPr>
      <w:r>
        <w:t>¿Por Qué Colaborar con Nosotros?</w:t>
      </w:r>
    </w:p>
    <w:p>
      <w:pPr/>
      <w:r>
        <w:t>Por más de 11 años, hemos estado comprometidos con mejorar la salud de nuestra comunidad. Tu participación nos permite ofrecer servicios vitales a quienes más los necesitan.</w:t>
      </w:r>
    </w:p>
    <w:p>
      <w:pPr>
        <w:pStyle w:val="Heading2"/>
      </w:pPr>
      <w:r>
        <w:t>Servicios que Necesitamos:</w:t>
      </w:r>
    </w:p>
    <w:p>
      <w:pPr/>
      <w:r>
        <w:t>- Servicios de salud mental (terapia, evaluaciones, grupos de apoyo)</w:t>
        <w:br/>
        <w:t>- Entretenimiento diverso para niños (actividades recreativas, juegos, arte)</w:t>
        <w:br/>
        <w:t>- Apoyo con presentaciones artísticas (canto, danza, teatro)</w:t>
      </w:r>
    </w:p>
    <w:p>
      <w:pPr/>
      <w:r>
        <w:br/>
        <w:t>✅ Por favor complete este formulario y envíelo antes del viernes, 12 de julio de 2025</w:t>
      </w:r>
    </w:p>
    <w:p>
      <w:pPr/>
      <w:r>
        <w:t>Nombre de la organización o profesional: ___________________________________</w:t>
        <w:br/>
        <w:t>Nombre de contacto: ___________________________________</w:t>
        <w:br/>
        <w:t>Correo electrónico de contacto: ___________________________________</w:t>
        <w:br/>
        <w:t>Teléfono: ___________________________________</w:t>
      </w:r>
    </w:p>
    <w:p>
      <w:pPr/>
      <w:r>
        <w:br/>
        <w:t>Indique su participación (marque lo que corresponda):</w:t>
      </w:r>
    </w:p>
    <w:p>
      <w:pPr/>
      <w:r>
        <w:t>☐ Sí, participaré</w:t>
        <w:br/>
        <w:t>☐ No, no podré asistir</w:t>
        <w:br/>
      </w:r>
    </w:p>
    <w:p>
      <w:pPr/>
      <w:r>
        <w:t>Servicios que ofrecerá (marque los que aplican):</w:t>
      </w:r>
    </w:p>
    <w:p>
      <w:pPr/>
      <w:r>
        <w:t>☐ Servicios de salud</w:t>
        <w:br/>
        <w:t>☐ Mini conferencia educativa</w:t>
        <w:br/>
        <w:t>☐ Educación para la comunidad</w:t>
        <w:br/>
        <w:t>☐ Servicios móviles</w:t>
        <w:br/>
        <w:t>☐ Entretenimiento cultural</w:t>
      </w:r>
    </w:p>
    <w:p>
      <w:pPr/>
      <w:r>
        <w:t>Necesidades logísticas:</w:t>
      </w:r>
    </w:p>
    <w:p>
      <w:pPr/>
      <w:r>
        <w:t>☐ Mesa y sillas</w:t>
        <w:br/>
        <w:t>☐ Toma eléctrica</w:t>
        <w:br/>
        <w:t>☐ Otros (especifique): ___________________________________</w:t>
      </w:r>
    </w:p>
    <w:p>
      <w:pPr/>
      <w:r>
        <w:br/>
        <w:t>📩 Enviar a:</w:t>
      </w:r>
    </w:p>
    <w:p>
      <w:pPr/>
      <w:r>
        <w:t>Dr. Aritmedes Restituyo</w:t>
        <w:br/>
        <w:t>📧 info@ahpsi.org</w:t>
        <w:br/>
        <w:t>📠 efax: 732-725-0868</w:t>
        <w:br/>
        <w:t>📞 Tel: (732) 277-9640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