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🩺 XII ANNUAL COMMUNITY HEALTH FAIR</w:t>
      </w:r>
    </w:p>
    <w:p>
      <w:pPr>
        <w:jc w:val="center"/>
      </w:pPr>
      <w:r>
        <w:t>“Decide to Be Healthy” / “Decídete a Estar Saludable”</w:t>
      </w:r>
    </w:p>
    <w:p>
      <w:r>
        <w:t>Organized by:</w:t>
      </w:r>
    </w:p>
    <w:p>
      <w:r>
        <w:t>HISPANIC HEALTH PROFESSIONALS ASSOCIATION, INC. NY (AHPSI)</w:t>
      </w:r>
    </w:p>
    <w:p>
      <w:r>
        <w:t>Dominican Parade and Festival Committee of Union County, New Jersey</w:t>
      </w:r>
    </w:p>
    <w:p>
      <w:r>
        <w:t>📍 Location / Lugar: Juan Pablo Duarte &amp; José Martí School</w:t>
      </w:r>
    </w:p>
    <w:p>
      <w:r>
        <w:t>📫 Address / Dirección: 25 First Street, Elizabeth, NJ 07206</w:t>
      </w:r>
    </w:p>
    <w:p>
      <w:r>
        <w:t>📅 Date / Fecha: Sunday, July 27, 2025 | Domingo, 27 de julio de 2025</w:t>
      </w:r>
    </w:p>
    <w:p>
      <w:r>
        <w:t>🕘 Time / Hora: 9:00 A.M. – 3:00 P.M.</w:t>
      </w:r>
    </w:p>
    <w:p>
      <w:pPr>
        <w:pStyle w:val="Heading2"/>
      </w:pPr>
      <w:r>
        <w:t>📝 PARTICIPATION REGISTRATION FORM / FORMULARIO DE REGISTRO DE PARTICIPACIÓN</w:t>
      </w:r>
    </w:p>
    <w:p>
      <w:r>
        <w:t>We invite health professionals and organizations to join us in promoting health and well-being at our 12th Annual Community Health Fair.</w:t>
        <w:br/>
        <w:t>Invitamos a profesionales y organizaciones de salud a unirse a nosotros para promover la salud y el bienestar en nuestra XII Feria Comunitaria Anual de la Salud.</w:t>
      </w:r>
    </w:p>
    <w:p>
      <w:pPr>
        <w:pStyle w:val="Heading3"/>
      </w:pPr>
      <w:r>
        <w:t>📌 Why Participate? / ¿Por Qué Participar?</w:t>
      </w:r>
    </w:p>
    <w:p>
      <w:r>
        <w:t>For over 11 years, we have served our community by offering vital health services. Your participation allows us to continue making a lasting impact.</w:t>
        <w:br/>
        <w:t>Durante más de 11 años, hemos brindado servicios esenciales de salud a nuestra comunidad. Su participación nos ayuda a continuar marcando la diferencia.</w:t>
      </w:r>
    </w:p>
    <w:p>
      <w:pPr>
        <w:pStyle w:val="Heading3"/>
      </w:pPr>
      <w:r>
        <w:t>✅ Please complete and return this form by Friday, July 12, 2025</w:t>
        <w:br/>
        <w:t>Por favor complete y envíe este formulario antes del viernes, 12 de julio de 2025</w:t>
      </w:r>
    </w:p>
    <w:p>
      <w:r>
        <w:t>Organization / Organización: __________________________________________</w:t>
      </w:r>
    </w:p>
    <w:p>
      <w:r>
        <w:t>Contact Name / Nombre del contacto: __________________________________</w:t>
      </w:r>
    </w:p>
    <w:p>
      <w:r>
        <w:t>Email / Correo electrónico: __________________________________________</w:t>
      </w:r>
    </w:p>
    <w:p>
      <w:r>
        <w:t>Phone / Teléfono: _________________________________________________</w:t>
      </w:r>
    </w:p>
    <w:p>
      <w:r>
        <w:t>Participation / Participación (check one / marque una):</w:t>
      </w:r>
    </w:p>
    <w:p>
      <w:r>
        <w:t>☐ Yes, I/we will participate / Sí, participaré</w:t>
      </w:r>
    </w:p>
    <w:p>
      <w:r>
        <w:t>☐ No, I/we cannot attend / No podré asistir</w:t>
      </w:r>
    </w:p>
    <w:p>
      <w:pPr>
        <w:pStyle w:val="Heading3"/>
      </w:pPr>
      <w:r>
        <w:t>🏥 Services to Be Offered / Servicios que Ofrecerá (check all that apply / marque los que correspondan):</w:t>
      </w:r>
    </w:p>
    <w:p>
      <w:r>
        <w:t>☐ Health Services / Servicios de salud</w:t>
      </w:r>
    </w:p>
    <w:p>
      <w:r>
        <w:t>☐ Educational Mini Conference / Mini conferencia educativa</w:t>
      </w:r>
    </w:p>
    <w:p>
      <w:r>
        <w:t>☐ Community Education / Educación para la comunidad</w:t>
      </w:r>
    </w:p>
    <w:p>
      <w:r>
        <w:t>☐ Mobile Services / Servicios móviles</w:t>
      </w:r>
    </w:p>
    <w:p>
      <w:r>
        <w:t>☐ Cultural Entertainment / Entretenimiento cultural</w:t>
      </w:r>
    </w:p>
    <w:p>
      <w:pPr>
        <w:pStyle w:val="Heading3"/>
      </w:pPr>
      <w:r>
        <w:t>🔌 Logistics Needs / Necesidades Logísticas:</w:t>
      </w:r>
    </w:p>
    <w:p>
      <w:r>
        <w:t>☐ Table and chairs / Mesa y sillas</w:t>
      </w:r>
    </w:p>
    <w:p>
      <w:r>
        <w:t>☐ Electrical outlet / Toma eléctrica</w:t>
      </w:r>
    </w:p>
    <w:p>
      <w:r>
        <w:t>☐ Other (please specify) / Otros (especifique): _______________________________</w:t>
      </w:r>
    </w:p>
    <w:p>
      <w:pPr>
        <w:pStyle w:val="Heading3"/>
      </w:pPr>
      <w:r>
        <w:t>📩 Submit To / Enviar a:</w:t>
      </w:r>
    </w:p>
    <w:p>
      <w:r>
        <w:t>Dr. Aritmedes Restituyo</w:t>
      </w:r>
    </w:p>
    <w:p>
      <w:r>
        <w:t>📧 info@ahpsi.org</w:t>
      </w:r>
    </w:p>
    <w:p>
      <w:r>
        <w:t>📠 efax: 732-725-0868</w:t>
      </w:r>
    </w:p>
    <w:p>
      <w:r>
        <w:t>📞 Tel: (732) 277-9640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