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Cholesterol Under Control: Basic Education for Big Changes</w:t>
      </w:r>
    </w:p>
    <w:p>
      <w:pPr>
        <w:pStyle w:val="IntenseQuote"/>
      </w:pPr>
      <w:r>
        <w:t>Informational guide for attendees of the XII Annual Health Fair “Decide to Be Healthy”</w:t>
      </w:r>
    </w:p>
    <w:p>
      <w:r>
        <w:t>Date: Sunday, July 27, 2025</w:t>
      </w:r>
    </w:p>
    <w:p>
      <w:r>
        <w:t>Time: 9:00 a.m. – 9:30 a.m.</w:t>
      </w:r>
    </w:p>
    <w:p>
      <w:r>
        <w:t>Location: School #28 Juan Pablo Duarte &amp; José Martí</w:t>
      </w:r>
    </w:p>
    <w:p>
      <w:r>
        <w:t>Address: 25 First Street, Elizabeth, New Jersey</w:t>
      </w:r>
    </w:p>
    <w:p>
      <w:pPr>
        <w:pStyle w:val="Heading1"/>
      </w:pPr>
      <w:r>
        <w:t>Organized by:</w:t>
      </w:r>
    </w:p>
    <w:p>
      <w:r>
        <w:t>Hispanic Health Professionals Association, Inc. (AHPSI), New York</w:t>
      </w:r>
    </w:p>
    <w:p>
      <w:r>
        <w:t>Dominican Festival and Parade Committee of Union County, New Jersey</w:t>
      </w:r>
    </w:p>
    <w:p>
      <w:pPr>
        <w:pStyle w:val="Heading1"/>
      </w:pPr>
      <w:r>
        <w:t>Our Shared Mission</w:t>
      </w:r>
    </w:p>
    <w:p>
      <w:r>
        <w:t>AHPSI, Inc. – Hispanic Health Professionals Association</w:t>
        <w:br/>
        <w:t>We promote the professional and personal development of Hispanic immigrants in the healthcare field. We offer education, guidance, and certification opportunities to improve their professional, community, and workforce integration in the United States.</w:t>
        <w:br/>
        <w:br/>
        <w:t>Dominican Festival and Parade Committee of Union County, NJ</w:t>
        <w:br/>
        <w:t>We celebrate Dominican cultural heritage through community events and activities that promote unity, pride, and the well-being of our community, encouraging civic, cultural, and social participation.</w:t>
        <w:br/>
        <w:br/>
        <w:t>“Decide to Be Healthy” Health Fair</w:t>
        <w:br/>
        <w:t>Our fair seeks to educate, prevent, and empower Hispanic families to adopt healthy lifestyles, connecting them with medical services, free exams, and professional guidance.</w:t>
      </w:r>
    </w:p>
    <w:p>
      <w:pPr>
        <w:pStyle w:val="Heading1"/>
      </w:pPr>
      <w:r>
        <w:t>What is Cholesterol?</w:t>
      </w:r>
    </w:p>
    <w:p>
      <w:r>
        <w:t>Cholesterol is a fatty substance found in the blood. It is essential for vital functions such as producing hormones and forming cells. However, when levels are high, especially LDL (bad cholesterol), it can build up in the arteries and increase the risk of heart disease and strokes.</w:t>
      </w:r>
    </w:p>
    <w:p>
      <w:pPr>
        <w:pStyle w:val="Heading1"/>
      </w:pPr>
      <w:r>
        <w:t>What is Total Cholesterol?</w:t>
      </w:r>
    </w:p>
    <w:p>
      <w:r>
        <w:t>Total cholesterol is the sum of HDL (good cholesterol), LDL (bad cholesterol), and triglycerides. This value provides an overall picture of your cardiovascular risk.</w:t>
      </w:r>
    </w:p>
    <w:p>
      <w:pPr>
        <w:pStyle w:val="Heading1"/>
      </w:pPr>
      <w:r>
        <w:t>Normal and Concerning Values</w:t>
      </w:r>
    </w:p>
    <w:tbl>
      <w:tblPr>
        <w:tblStyle w:val="LightGrid"/>
        <w:tblW w:type="auto" w:w="0"/>
        <w:tblLook w:firstColumn="1" w:firstRow="1" w:lastColumn="0" w:lastRow="0" w:noHBand="0" w:noVBand="1" w:val="04A0"/>
      </w:tblPr>
      <w:tblGrid>
        <w:gridCol w:w="2880"/>
        <w:gridCol w:w="2880"/>
        <w:gridCol w:w="2880"/>
      </w:tblGrid>
      <w:tr>
        <w:tc>
          <w:tcPr>
            <w:tcW w:type="dxa" w:w="2880"/>
          </w:tcPr>
          <w:p>
            <w:r>
              <w:t>Type</w:t>
            </w:r>
          </w:p>
        </w:tc>
        <w:tc>
          <w:tcPr>
            <w:tcW w:type="dxa" w:w="2880"/>
          </w:tcPr>
          <w:p>
            <w:r>
              <w:t>Healthy Level</w:t>
            </w:r>
          </w:p>
        </w:tc>
        <w:tc>
          <w:tcPr>
            <w:tcW w:type="dxa" w:w="2880"/>
          </w:tcPr>
          <w:p>
            <w:r>
              <w:t>Risk Level</w:t>
            </w:r>
          </w:p>
        </w:tc>
      </w:tr>
      <w:tr>
        <w:tc>
          <w:tcPr>
            <w:tcW w:type="dxa" w:w="2880"/>
          </w:tcPr>
          <w:p>
            <w:r>
              <w:t>Total Cholesterol</w:t>
            </w:r>
          </w:p>
        </w:tc>
        <w:tc>
          <w:tcPr>
            <w:tcW w:type="dxa" w:w="2880"/>
          </w:tcPr>
          <w:p>
            <w:r>
              <w:t>Less than 200 mg/dL</w:t>
            </w:r>
          </w:p>
        </w:tc>
        <w:tc>
          <w:tcPr>
            <w:tcW w:type="dxa" w:w="2880"/>
          </w:tcPr>
          <w:p>
            <w:r>
              <w:t>240 mg/dL or more</w:t>
            </w:r>
          </w:p>
        </w:tc>
      </w:tr>
      <w:tr>
        <w:tc>
          <w:tcPr>
            <w:tcW w:type="dxa" w:w="2880"/>
          </w:tcPr>
          <w:p>
            <w:r>
              <w:t>LDL (Bad)</w:t>
            </w:r>
          </w:p>
        </w:tc>
        <w:tc>
          <w:tcPr>
            <w:tcW w:type="dxa" w:w="2880"/>
          </w:tcPr>
          <w:p>
            <w:r>
              <w:t>Less than 100 mg/dL</w:t>
            </w:r>
          </w:p>
        </w:tc>
        <w:tc>
          <w:tcPr>
            <w:tcW w:type="dxa" w:w="2880"/>
          </w:tcPr>
          <w:p>
            <w:r>
              <w:t>160 mg/dL or more</w:t>
            </w:r>
          </w:p>
        </w:tc>
      </w:tr>
      <w:tr>
        <w:tc>
          <w:tcPr>
            <w:tcW w:type="dxa" w:w="2880"/>
          </w:tcPr>
          <w:p>
            <w:r>
              <w:t>HDL (Good)</w:t>
            </w:r>
          </w:p>
        </w:tc>
        <w:tc>
          <w:tcPr>
            <w:tcW w:type="dxa" w:w="2880"/>
          </w:tcPr>
          <w:p>
            <w:r>
              <w:t>60 mg/dL or more</w:t>
            </w:r>
          </w:p>
        </w:tc>
        <w:tc>
          <w:tcPr>
            <w:tcW w:type="dxa" w:w="2880"/>
          </w:tcPr>
          <w:p>
            <w:r>
              <w:t>Less than 40 mg/dL</w:t>
            </w:r>
          </w:p>
        </w:tc>
      </w:tr>
      <w:tr>
        <w:tc>
          <w:tcPr>
            <w:tcW w:type="dxa" w:w="2880"/>
          </w:tcPr>
          <w:p>
            <w:r>
              <w:t>Triglycerides</w:t>
            </w:r>
          </w:p>
        </w:tc>
        <w:tc>
          <w:tcPr>
            <w:tcW w:type="dxa" w:w="2880"/>
          </w:tcPr>
          <w:p>
            <w:r>
              <w:t>Less than 150 mg/dL</w:t>
            </w:r>
          </w:p>
        </w:tc>
        <w:tc>
          <w:tcPr>
            <w:tcW w:type="dxa" w:w="2880"/>
          </w:tcPr>
          <w:p>
            <w:r>
              <w:t>200 mg/dL or more</w:t>
            </w:r>
          </w:p>
        </w:tc>
      </w:tr>
    </w:tbl>
    <w:p>
      <w:pPr>
        <w:pStyle w:val="Heading1"/>
      </w:pPr>
      <w:r>
        <w:t>Why Is It Important to Keep Cholesterol Under Control?</w:t>
      </w:r>
    </w:p>
    <w:p>
      <w:r>
        <w:t>- Lowers the risk of heart attacks and strokes</w:t>
        <w:br/>
        <w:t>- Improves circulation and overall quality of life</w:t>
        <w:br/>
        <w:t>- Helps prevent chronic and silent diseases such as type 2 diabetes</w:t>
        <w:br/>
        <w:t>- Allows you to live with more energy and fewer medications</w:t>
      </w:r>
    </w:p>
    <w:p>
      <w:pPr>
        <w:pStyle w:val="Heading1"/>
      </w:pPr>
      <w:r>
        <w:t>What Diet Helps Keep Cholesterol Healthy?</w:t>
      </w:r>
    </w:p>
    <w:p>
      <w:r>
        <w:t>✅ Recommended Foods:</w:t>
      </w:r>
    </w:p>
    <w:p>
      <w:r>
        <w:t>- Fresh fruits and vegetables (apple, broccoli, spinach, carrot)</w:t>
        <w:br/>
        <w:t>- Whole grains (quinoa, brown rice, oats)</w:t>
        <w:br/>
        <w:t>- Legumes (lentils, chickpeas, beans)</w:t>
        <w:br/>
        <w:t>- Fatty fish (salmon, sardines, tuna)</w:t>
        <w:br/>
        <w:t>- Nuts and seeds (almonds, walnuts, chia)</w:t>
        <w:br/>
        <w:t>- Extra virgin olive oil</w:t>
      </w:r>
    </w:p>
    <w:p>
      <w:r>
        <w:t>❌ Avoid or Limit:</w:t>
      </w:r>
    </w:p>
    <w:p>
      <w:r>
        <w:t>- Fried foods and fast food</w:t>
        <w:br/>
        <w:t>- Processed meats (sausages, cold cuts)</w:t>
        <w:br/>
        <w:t>- Baked goods with trans fats (pastries, cookies)</w:t>
        <w:br/>
        <w:t>- Full-fat dairy products (butter, whole milk, fatty cheese)</w:t>
        <w:br/>
        <w:t>- Sugary drinks and excess alcohol</w:t>
      </w:r>
    </w:p>
    <w:p>
      <w:pPr>
        <w:pStyle w:val="Heading1"/>
      </w:pPr>
      <w:r>
        <w:t>Practical Tips</w:t>
      </w:r>
    </w:p>
    <w:p>
      <w:r>
        <w:t>- Walk at least 30 minutes daily</w:t>
        <w:br/>
        <w:t>- Check your cholesterol at least once a year</w:t>
        <w:br/>
        <w:t>- Read nutrition labels and avoid trans fats</w:t>
        <w:br/>
        <w:t>- Drink water instead of sugary juices</w:t>
        <w:br/>
        <w:t>- Always consult your doctor or nutritionist for a personalized plan</w:t>
      </w:r>
    </w:p>
    <w:p>
      <w:pPr>
        <w:pStyle w:val="Heading1"/>
      </w:pPr>
      <w:r>
        <w:t>Important Note</w:t>
      </w:r>
    </w:p>
    <w:p>
      <w:r>
        <w:t>This educational guide is an initial source of information. It does not replace professional advice. Always consult your doctor, nutritionist, or healthcare provider before making major changes to your diet or lifestyle.</w:t>
      </w:r>
    </w:p>
    <w:p>
      <w:pPr>
        <w:pStyle w:val="Heading1"/>
      </w:pPr>
      <w:r>
        <w:t>Thank You for Being Part of the Change!</w:t>
      </w:r>
    </w:p>
    <w:p>
      <w:r>
        <w:t>At this health fair, “Decide to Be Healthy,” we take a step together toward a fuller life. Get informed, take care of your health, and share this knowledge with your family. Today is the best time to begin.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