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Colesterol Bajo Control: Educación Básica para Grandes Cambios</w:t>
      </w:r>
    </w:p>
    <w:p>
      <w:pPr>
        <w:pStyle w:val="IntenseQuote"/>
      </w:pPr>
      <w:r>
        <w:t>Guía informativa para los asistentes a la XII Feria Anual de la Salud “Decida Ser Saludable”</w:t>
      </w:r>
    </w:p>
    <w:p>
      <w:r>
        <w:t>Fecha: Domingo 27 de julio, 2025</w:t>
      </w:r>
    </w:p>
    <w:p>
      <w:r>
        <w:t>Hora: 9:00 a.m. – 9:30 a.m.</w:t>
      </w:r>
    </w:p>
    <w:p>
      <w:r>
        <w:t>Lugar: Escuela #28 Juan Pablo Duarte &amp; José Martí</w:t>
      </w:r>
    </w:p>
    <w:p>
      <w:r>
        <w:t>Dirección: 25 First Street, Elizabeth, New Jersey</w:t>
      </w:r>
    </w:p>
    <w:p>
      <w:pPr>
        <w:pStyle w:val="Heading1"/>
      </w:pPr>
      <w:r>
        <w:t>Organizado por:</w:t>
      </w:r>
    </w:p>
    <w:p>
      <w:r>
        <w:t>Asociación Hispana de Profesionales de la Salud, Inc. (AHPSI), New York</w:t>
      </w:r>
    </w:p>
    <w:p>
      <w:r>
        <w:t>Comité y Desfile del Festival Dominicano del Condado de Union, New Jersey</w:t>
      </w:r>
    </w:p>
    <w:p>
      <w:pPr>
        <w:pStyle w:val="Heading1"/>
      </w:pPr>
      <w:r>
        <w:t>Nuestra Misión Compartida</w:t>
      </w:r>
    </w:p>
    <w:p>
      <w:r>
        <w:t>AHPSI, Inc. – Asociación Hispana de Profesionales de la Salud</w:t>
        <w:br/>
        <w:t>Promovemos el desarrollo profesional y personal de los inmigrantes hispanos en el área de la salud. Ofrecemos educación, orientación y oportunidades de certificación para mejorar su integración laboral, profesional y comunitaria en los Estados Unidos.</w:t>
        <w:br/>
        <w:br/>
        <w:t>Comité y Desfile del Festival Dominicano del Condado de Union, NJ</w:t>
        <w:br/>
        <w:t>Celebramos la herencia cultural dominicana a través de eventos comunitarios y actividades que promueven la unidad, el orgullo y el bienestar de nuestra comunidad, fomentando la participación cívica, cultural y social.</w:t>
        <w:br/>
        <w:br/>
        <w:t>Feria de Salud “Decida Ser Saludable”</w:t>
        <w:br/>
        <w:t>Nuestra feria busca educar, prevenir y empoderar a las familias hispanas para que adopten estilos de vida saludables, conectándolas con servicios médicos, exámenes gratuitos y orientación profesional.</w:t>
      </w:r>
    </w:p>
    <w:p>
      <w:pPr>
        <w:pStyle w:val="Heading1"/>
      </w:pPr>
      <w:r>
        <w:t>¿Qué es el colesterol?</w:t>
      </w:r>
    </w:p>
    <w:p>
      <w:r>
        <w:t>El colesterol es una sustancia grasa presente en la sangre. Es necesario para funciones vitales como producir hormonas y formar células. Pero cuando los niveles son altos, especialmente de colesterol LDL (malo), puede acumularse en las arterias y aumentar el riesgo de enfermedades del corazón y accidentes cerebrovasculares.</w:t>
      </w:r>
    </w:p>
    <w:p>
      <w:pPr>
        <w:pStyle w:val="Heading1"/>
      </w:pPr>
      <w:r>
        <w:t>¿Qué es el colesterol total?</w:t>
      </w:r>
    </w:p>
    <w:p>
      <w:r>
        <w:t>El colesterol total es la suma de los niveles de colesterol HDL (bueno), LDL (malo) y triglicéridos. Este valor ofrece una visión general del riesgo cardiovascular.</w:t>
      </w:r>
    </w:p>
    <w:p>
      <w:pPr>
        <w:pStyle w:val="Heading1"/>
      </w:pPr>
      <w:r>
        <w:t>Valores normales y preocupantes</w:t>
      </w:r>
    </w:p>
    <w:tbl>
      <w:tblPr>
        <w:tblStyle w:val="Light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Tipo</w:t>
            </w:r>
          </w:p>
        </w:tc>
        <w:tc>
          <w:tcPr>
            <w:tcW w:type="dxa" w:w="2880"/>
          </w:tcPr>
          <w:p>
            <w:r>
              <w:t>Nivel Saludable</w:t>
            </w:r>
          </w:p>
        </w:tc>
        <w:tc>
          <w:tcPr>
            <w:tcW w:type="dxa" w:w="2880"/>
          </w:tcPr>
          <w:p>
            <w:r>
              <w:t>Nivel de Riesgo</w:t>
            </w:r>
          </w:p>
        </w:tc>
      </w:tr>
      <w:tr>
        <w:tc>
          <w:tcPr>
            <w:tcW w:type="dxa" w:w="2880"/>
          </w:tcPr>
          <w:p>
            <w:r>
              <w:t>Colesterol Total</w:t>
            </w:r>
          </w:p>
        </w:tc>
        <w:tc>
          <w:tcPr>
            <w:tcW w:type="dxa" w:w="2880"/>
          </w:tcPr>
          <w:p>
            <w:r>
              <w:t>Menos de 200 mg/dL</w:t>
            </w:r>
          </w:p>
        </w:tc>
        <w:tc>
          <w:tcPr>
            <w:tcW w:type="dxa" w:w="2880"/>
          </w:tcPr>
          <w:p>
            <w:r>
              <w:t>240 mg/dL o más</w:t>
            </w:r>
          </w:p>
        </w:tc>
      </w:tr>
      <w:tr>
        <w:tc>
          <w:tcPr>
            <w:tcW w:type="dxa" w:w="2880"/>
          </w:tcPr>
          <w:p>
            <w:r>
              <w:t>LDL (Malo)</w:t>
            </w:r>
          </w:p>
        </w:tc>
        <w:tc>
          <w:tcPr>
            <w:tcW w:type="dxa" w:w="2880"/>
          </w:tcPr>
          <w:p>
            <w:r>
              <w:t>Menos de 100 mg/dL</w:t>
            </w:r>
          </w:p>
        </w:tc>
        <w:tc>
          <w:tcPr>
            <w:tcW w:type="dxa" w:w="2880"/>
          </w:tcPr>
          <w:p>
            <w:r>
              <w:t>160 mg/dL o más</w:t>
            </w:r>
          </w:p>
        </w:tc>
      </w:tr>
      <w:tr>
        <w:tc>
          <w:tcPr>
            <w:tcW w:type="dxa" w:w="2880"/>
          </w:tcPr>
          <w:p>
            <w:r>
              <w:t>HDL (Bueno)</w:t>
            </w:r>
          </w:p>
        </w:tc>
        <w:tc>
          <w:tcPr>
            <w:tcW w:type="dxa" w:w="2880"/>
          </w:tcPr>
          <w:p>
            <w:r>
              <w:t>60 mg/dL o más</w:t>
            </w:r>
          </w:p>
        </w:tc>
        <w:tc>
          <w:tcPr>
            <w:tcW w:type="dxa" w:w="2880"/>
          </w:tcPr>
          <w:p>
            <w:r>
              <w:t>Menos de 40 mg/dL</w:t>
            </w:r>
          </w:p>
        </w:tc>
      </w:tr>
      <w:tr>
        <w:tc>
          <w:tcPr>
            <w:tcW w:type="dxa" w:w="2880"/>
          </w:tcPr>
          <w:p>
            <w:r>
              <w:t>Triglicéridos</w:t>
            </w:r>
          </w:p>
        </w:tc>
        <w:tc>
          <w:tcPr>
            <w:tcW w:type="dxa" w:w="2880"/>
          </w:tcPr>
          <w:p>
            <w:r>
              <w:t>Menos de 150 mg/dL</w:t>
            </w:r>
          </w:p>
        </w:tc>
        <w:tc>
          <w:tcPr>
            <w:tcW w:type="dxa" w:w="2880"/>
          </w:tcPr>
          <w:p>
            <w:r>
              <w:t>200 mg/dL o más</w:t>
            </w:r>
          </w:p>
        </w:tc>
      </w:tr>
    </w:tbl>
    <w:p>
      <w:pPr>
        <w:pStyle w:val="Heading1"/>
      </w:pPr>
      <w:r>
        <w:t>¿Por qué es importante mantenerlo bajo control?</w:t>
      </w:r>
    </w:p>
    <w:p>
      <w:r>
        <w:t>- Disminuye el riesgo de infarto y derrame cerebral.</w:t>
        <w:br/>
        <w:t>- Mejora tu circulación y calidad de vida.</w:t>
        <w:br/>
        <w:t>- Previene enfermedades silenciosas pero peligrosas como la diabetes tipo 2.</w:t>
        <w:br/>
        <w:t>- Te permite vivir con más energía y menos medicamentos.</w:t>
      </w:r>
    </w:p>
    <w:p>
      <w:pPr>
        <w:pStyle w:val="Heading1"/>
      </w:pPr>
      <w:r>
        <w:t>¿Qué dieta seguir para mantener un colesterol saludable?</w:t>
      </w:r>
    </w:p>
    <w:p>
      <w:r>
        <w:t>✅ Alimentos recomendados:</w:t>
      </w:r>
    </w:p>
    <w:p>
      <w:r>
        <w:t>- Frutas y vegetales (manzana, brócoli, espinaca, zanahoria)</w:t>
        <w:br/>
        <w:t>- Avena y granos integrales (quinoa, arroz integral)</w:t>
        <w:br/>
        <w:t>- Legumbres (lentejas, garbanzos, habichuelas)</w:t>
        <w:br/>
        <w:t>- Pescados grasos (salmón, sardinas, atún)</w:t>
        <w:br/>
        <w:t>- Frutos secos (almendras, nueces, chía)</w:t>
        <w:br/>
        <w:t>- Aceite de oliva virgen extra</w:t>
      </w:r>
    </w:p>
    <w:p>
      <w:r>
        <w:t>❌ Evitar:</w:t>
      </w:r>
    </w:p>
    <w:p>
      <w:r>
        <w:t>- Frituras y comida rápida</w:t>
        <w:br/>
        <w:t>- Embutidos y carnes procesadas</w:t>
        <w:br/>
        <w:t>- Productos horneados industriales con grasas trans</w:t>
        <w:br/>
        <w:t>- Quesos grasos, mantequilla, leche entera</w:t>
        <w:br/>
        <w:t>- Refrescos azucarados y alcohol en exceso</w:t>
      </w:r>
    </w:p>
    <w:p>
      <w:pPr>
        <w:pStyle w:val="Heading1"/>
      </w:pPr>
      <w:r>
        <w:t>Consejos prácticos</w:t>
      </w:r>
    </w:p>
    <w:p>
      <w:r>
        <w:t>- Camina al menos 30 minutos diarios</w:t>
        <w:br/>
        <w:t>- Controla tu colesterol al menos una vez al año</w:t>
        <w:br/>
        <w:t>- Lee las etiquetas nutricionales y evita grasas trans</w:t>
        <w:br/>
        <w:t>- Bebe agua en lugar de jugos artificiales</w:t>
        <w:br/>
        <w:t>- Consulta siempre con tu médico o nutricionista para un plan personalizado</w:t>
      </w:r>
    </w:p>
    <w:p>
      <w:pPr>
        <w:pStyle w:val="Heading1"/>
      </w:pPr>
      <w:r>
        <w:t>Nota Importante</w:t>
      </w:r>
    </w:p>
    <w:p>
      <w:r>
        <w:t>Esta guía educativa es una fuente inicial de orientación. No reemplaza el consejo profesional. Siempre consulta con tu médico, nutricionista o proveedor de salud antes de iniciar cualquier cambio importante en tu dieta o estilo de vida.</w:t>
      </w:r>
    </w:p>
    <w:p>
      <w:pPr>
        <w:pStyle w:val="Heading1"/>
      </w:pPr>
      <w:r>
        <w:t>¡Gracias por ser parte del cambio!</w:t>
      </w:r>
    </w:p>
    <w:p>
      <w:r>
        <w:t>En esta feria de salud, “Decida Ser Saludable”, damos un paso juntos hacia una vida más plena. Infórmate, cuida tu salud y comparte este conocimiento con tu familia. Hoy es el mejor momento para comenzar.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