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Your Glucose, Your Health: Practical Guide to Take Control</w:t>
      </w:r>
    </w:p>
    <w:p>
      <w:r>
        <w:t>📅 12th Annual Health Fair – Decide to be Healthy</w:t>
      </w:r>
    </w:p>
    <w:p>
      <w:r>
        <w:t>📍 School #28 Juan Pablo Duarte José Martí, 25 First St, Elizabeth, NJ</w:t>
      </w:r>
    </w:p>
    <w:p>
      <w:r>
        <w:t>🗓️ Sunday, July 27, 2025 | 9:00 AM – 3:00 PM</w:t>
      </w:r>
    </w:p>
    <w:p>
      <w:pPr>
        <w:pStyle w:val="Heading1"/>
      </w:pPr>
      <w:r>
        <w:t>What is Glucose and Why is it Important?</w:t>
      </w:r>
    </w:p>
    <w:p>
      <w:r>
        <w:t>Glucose is the sugar that gives your body energy. High levels over time can damage vital organs like your heart, kidneys, and eyes.</w:t>
        <w:br/>
        <w:t>📊 Important Facts:</w:t>
        <w:br/>
        <w:t>- 1 in 10 adults has diabetes</w:t>
        <w:br/>
        <w:t>- 1 in 3 has prediabetes</w:t>
        <w:br/>
        <w:t>- Hispanics are 70% more likely to develop diabetes</w:t>
      </w:r>
    </w:p>
    <w:p>
      <w:pPr>
        <w:pStyle w:val="Heading1"/>
      </w:pPr>
      <w:r>
        <w:t>What Do Your Numbers Mean?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Test Type</w:t>
            </w:r>
          </w:p>
        </w:tc>
        <w:tc>
          <w:tcPr>
            <w:tcW w:type="dxa" w:w="2160"/>
          </w:tcPr>
          <w:p>
            <w:r>
              <w:t>Normal</w:t>
            </w:r>
          </w:p>
        </w:tc>
        <w:tc>
          <w:tcPr>
            <w:tcW w:type="dxa" w:w="2160"/>
          </w:tcPr>
          <w:p>
            <w:r>
              <w:t>Prediabetes</w:t>
            </w:r>
          </w:p>
        </w:tc>
        <w:tc>
          <w:tcPr>
            <w:tcW w:type="dxa" w:w="2160"/>
          </w:tcPr>
          <w:p>
            <w:r>
              <w:t>Diabetes</w:t>
            </w:r>
          </w:p>
        </w:tc>
      </w:tr>
      <w:tr>
        <w:tc>
          <w:tcPr>
            <w:tcW w:type="dxa" w:w="2160"/>
          </w:tcPr>
          <w:p>
            <w:r>
              <w:t>Fasting Glucose</w:t>
            </w:r>
          </w:p>
        </w:tc>
        <w:tc>
          <w:tcPr>
            <w:tcW w:type="dxa" w:w="2160"/>
          </w:tcPr>
          <w:p>
            <w:r>
              <w:t>&lt; 100 mg/dL</w:t>
            </w:r>
          </w:p>
        </w:tc>
        <w:tc>
          <w:tcPr>
            <w:tcW w:type="dxa" w:w="2160"/>
          </w:tcPr>
          <w:p>
            <w:r>
              <w:t>100–125 mg/dL</w:t>
            </w:r>
          </w:p>
        </w:tc>
        <w:tc>
          <w:tcPr>
            <w:tcW w:type="dxa" w:w="2160"/>
          </w:tcPr>
          <w:p>
            <w:r>
              <w:t>≥ 126 mg/dL</w:t>
            </w:r>
          </w:p>
        </w:tc>
      </w:tr>
      <w:tr>
        <w:tc>
          <w:tcPr>
            <w:tcW w:type="dxa" w:w="2160"/>
          </w:tcPr>
          <w:p>
            <w:r>
              <w:t>Post-meal Glucose</w:t>
            </w:r>
          </w:p>
        </w:tc>
        <w:tc>
          <w:tcPr>
            <w:tcW w:type="dxa" w:w="2160"/>
          </w:tcPr>
          <w:p>
            <w:r>
              <w:t>&lt; 140 mg/dL</w:t>
            </w:r>
          </w:p>
        </w:tc>
        <w:tc>
          <w:tcPr>
            <w:tcW w:type="dxa" w:w="2160"/>
          </w:tcPr>
          <w:p>
            <w:r>
              <w:t>140–199 mg/dL</w:t>
            </w:r>
          </w:p>
        </w:tc>
        <w:tc>
          <w:tcPr>
            <w:tcW w:type="dxa" w:w="2160"/>
          </w:tcPr>
          <w:p>
            <w:r>
              <w:t>≥ 200 mg/dL</w:t>
            </w:r>
          </w:p>
        </w:tc>
      </w:tr>
      <w:tr>
        <w:tc>
          <w:tcPr>
            <w:tcW w:type="dxa" w:w="2160"/>
          </w:tcPr>
          <w:p>
            <w:r>
              <w:t>Hemoglobin A1C</w:t>
            </w:r>
          </w:p>
        </w:tc>
        <w:tc>
          <w:tcPr>
            <w:tcW w:type="dxa" w:w="2160"/>
          </w:tcPr>
          <w:p>
            <w:r>
              <w:t>&lt; 5.7%</w:t>
            </w:r>
          </w:p>
        </w:tc>
        <w:tc>
          <w:tcPr>
            <w:tcW w:type="dxa" w:w="2160"/>
          </w:tcPr>
          <w:p>
            <w:r>
              <w:t>5.7–6.4%</w:t>
            </w:r>
          </w:p>
        </w:tc>
        <w:tc>
          <w:tcPr>
            <w:tcW w:type="dxa" w:w="2160"/>
          </w:tcPr>
          <w:p>
            <w:r>
              <w:t>≥ 6.5%</w:t>
            </w:r>
          </w:p>
        </w:tc>
      </w:tr>
    </w:tbl>
    <w:p>
      <w:pPr>
        <w:pStyle w:val="Heading1"/>
      </w:pPr>
      <w:r>
        <w:t>Healthy Habits to Manage Your Glucose</w:t>
      </w:r>
    </w:p>
    <w:p>
      <w:pPr>
        <w:pStyle w:val="Heading2"/>
      </w:pPr>
      <w:r>
        <w:t>🍽️ Nutrition</w:t>
      </w:r>
    </w:p>
    <w:p>
      <w:r>
        <w:t>✅ Include these examples:</w:t>
      </w:r>
    </w:p>
    <w:p>
      <w:r>
        <w:t>• Fruits (moderate portions): apple, pear, orange, strawberries, blueberries</w:t>
      </w:r>
    </w:p>
    <w:p>
      <w:r>
        <w:t>• Non-starchy vegetables: spinach, lettuce, broccoli, cauliflower, bell peppers, cucumbers</w:t>
      </w:r>
    </w:p>
    <w:p>
      <w:r>
        <w:t>• Healthy proteins: salmon, skinless chicken, eggs, lentils, chickpeas</w:t>
      </w:r>
    </w:p>
    <w:p>
      <w:r>
        <w:t>• Whole grains: brown rice, oats, whole wheat bread (1–2 slices)</w:t>
      </w:r>
    </w:p>
    <w:p>
      <w:r>
        <w:t>• Healthy fats: avocado, olive oil, almonds, chia seeds</w:t>
      </w:r>
    </w:p>
    <w:p>
      <w:r>
        <w:t>🚫 Avoid or limit:</w:t>
      </w:r>
    </w:p>
    <w:p>
      <w:r>
        <w:t>• Sugar: soda, bottled juices, sweets, cookies, pastries</w:t>
      </w:r>
    </w:p>
    <w:p>
      <w:r>
        <w:t>• Refined carbs: white bread, white rice, regular pasta</w:t>
      </w:r>
    </w:p>
    <w:p>
      <w:r>
        <w:t>• Processed foods: sausages, ham, frozen meals, fast food</w:t>
      </w:r>
    </w:p>
    <w:p>
      <w:pPr>
        <w:pStyle w:val="Heading2"/>
      </w:pPr>
      <w:r>
        <w:t>🚶 Physical Activity</w:t>
      </w:r>
    </w:p>
    <w:p>
      <w:r>
        <w:t>• Walk 30 minutes daily (or split into 3 sessions of 10 minutes)</w:t>
      </w:r>
    </w:p>
    <w:p>
      <w:r>
        <w:t>• Dance, take the stairs, do yoga or stretch after meals</w:t>
      </w:r>
    </w:p>
    <w:p>
      <w:pPr>
        <w:pStyle w:val="Heading2"/>
      </w:pPr>
      <w:r>
        <w:t>💧 Hydration</w:t>
      </w:r>
    </w:p>
    <w:p>
      <w:r>
        <w:t>• Drink at least 8 glasses of water per day</w:t>
      </w:r>
    </w:p>
    <w:p>
      <w:r>
        <w:t>• Avoid sodas, energy drinks, and sugary beverages</w:t>
      </w:r>
    </w:p>
    <w:p>
      <w:pPr>
        <w:pStyle w:val="Heading2"/>
      </w:pPr>
      <w:r>
        <w:t>😌 Stress and Rest</w:t>
      </w:r>
    </w:p>
    <w:p>
      <w:r>
        <w:t>• Sleep 7–8 hours</w:t>
      </w:r>
    </w:p>
    <w:p>
      <w:r>
        <w:t>• Practice deep breathing, talk with others, and relax</w:t>
      </w:r>
    </w:p>
    <w:p>
      <w:pPr>
        <w:pStyle w:val="Heading2"/>
      </w:pPr>
      <w:r>
        <w:t>🩺 Monitoring</w:t>
      </w:r>
    </w:p>
    <w:p>
      <w:r>
        <w:t>• Get regular blood glucose checks</w:t>
      </w:r>
    </w:p>
    <w:p>
      <w:r>
        <w:t>• Track meals, weight, and symptoms</w:t>
      </w:r>
    </w:p>
    <w:p>
      <w:r>
        <w:t>• Check your feet daily if you have diabetes</w:t>
      </w:r>
    </w:p>
    <w:p>
      <w:pPr>
        <w:pStyle w:val="Heading1"/>
      </w:pPr>
      <w:r>
        <w:t>⚠️ Warning Signs</w:t>
      </w:r>
    </w:p>
    <w:p>
      <w:r>
        <w:t>High Glucose: excessive thirst, blurred vision, fatigue, slow healing wounds</w:t>
      </w:r>
    </w:p>
    <w:p>
      <w:r>
        <w:t>Low Glucose: shakiness, sweating, dizziness, extreme hunger</w:t>
      </w:r>
    </w:p>
    <w:p>
      <w:pPr>
        <w:pStyle w:val="Heading1"/>
      </w:pPr>
      <w:r>
        <w:t>📝 Personal Action Plan</w:t>
      </w:r>
    </w:p>
    <w:p>
      <w:r>
        <w:t>This Week I Will:</w:t>
        <w:br/>
        <w:t>☐ Drink more water</w:t>
        <w:br/>
        <w:t>☐ Eat more vegetables</w:t>
        <w:br/>
        <w:t>☐ Walk daily</w:t>
        <w:br/>
        <w:t>☐ Check my glucose</w:t>
      </w:r>
    </w:p>
    <w:p>
      <w:r>
        <w:t>This Month I Will:</w:t>
        <w:br/>
        <w:t>☐ Learn healthy recipes</w:t>
        <w:br/>
        <w:t>☐ Visit my doctor</w:t>
        <w:br/>
        <w:t>☐ Exercise with a friend</w:t>
      </w:r>
    </w:p>
    <w:p>
      <w:r>
        <w:t>This Year I Will:</w:t>
        <w:br/>
        <w:t>☐ Maintain a healthy weight</w:t>
        <w:br/>
        <w:t>☐ Cook more meals at home</w:t>
        <w:br/>
        <w:t>☐ Manage stress better</w:t>
      </w:r>
    </w:p>
    <w:p>
      <w:pPr>
        <w:pStyle w:val="Heading1"/>
      </w:pPr>
      <w:r>
        <w:t>🏥 Free Services at the Fair</w:t>
      </w:r>
    </w:p>
    <w:p>
      <w:r>
        <w:t>• Glucose testing</w:t>
        <w:br/>
        <w:t>• Blood pressure checks</w:t>
        <w:br/>
        <w:t>• Nutrition counseling</w:t>
        <w:br/>
        <w:t>• Health education</w:t>
        <w:br/>
        <w:t>• Family activities</w:t>
      </w:r>
    </w:p>
    <w:p>
      <w:pPr>
        <w:pStyle w:val="Heading1"/>
      </w:pPr>
      <w:r>
        <w:t>📞 Contact</w:t>
      </w:r>
    </w:p>
    <w:p>
      <w:r>
        <w:t>🌐 www.ahpsi.org | 📧 info@ahpsi.org | ☎ 732-277-9640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